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FormTitle"/>
        <w:spacing w:after="20"/>
        <w:jc w:val="center"/>
      </w:pPr>
      <w:r>
        <w:t>Hunter Chinese Language School</w:t>
      </w:r>
    </w:p>
    <w:p>
      <w:pPr>
        <w:pStyle w:val="FormSubtitle"/>
        <w:spacing w:after="140"/>
        <w:jc w:val="center"/>
      </w:pPr>
      <w:r>
        <w:t>Student Enrolment Form 2026</w:t>
      </w:r>
    </w:p>
    <w:p>
      <w:pPr>
        <w:pStyle w:val="SectionHead"/>
        <w:spacing w:before="80" w:after="60"/>
        <w:shd w:fill="E9EEF5"/>
      </w:pPr>
      <w:r>
        <w:rPr>
          <w:b/>
        </w:rPr>
        <w:t>1. Student Details</w:t>
      </w:r>
    </w:p>
    <w:tbl>
      <w:tblPr>
        <w:tblW w:type="auto" w:w="0"/>
        <w:jc w:val="center"/>
        <w:tblLayout w:type="fixed"/>
        <w:tblLook w:firstColumn="1" w:firstRow="1" w:lastColumn="0" w:lastRow="0" w:noHBand="0" w:noVBand="1" w:val="04A0"/>
      </w:tblPr>
      <w:tblGrid>
        <w:gridCol w:w="3528"/>
        <w:gridCol w:w="3528"/>
        <w:gridCol w:w="3528"/>
      </w:tblGrid>
      <w:tr>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First name:</w:t>
            </w:r>
            <w:r>
              <w:t xml:space="preserve">  ________________</w:t>
            </w:r>
          </w:p>
        </w:tc>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Middle name:</w:t>
            </w:r>
            <w:r>
              <w:t xml:space="preserve">  ________________</w:t>
            </w:r>
          </w:p>
        </w:tc>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Surname:</w:t>
            </w:r>
            <w:r>
              <w:t xml:space="preserve">  ________________</w:t>
            </w:r>
          </w:p>
        </w:tc>
      </w:tr>
      <w:tr>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Date of birth:</w:t>
            </w:r>
            <w:r>
              <w:t xml:space="preserve">  ____________</w:t>
            </w:r>
          </w:p>
        </w:tc>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Gender:</w:t>
            </w:r>
            <w:r>
              <w:t xml:space="preserve">  M / F / Other</w:t>
            </w:r>
          </w:p>
        </w:tc>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Place of birth:</w:t>
            </w:r>
            <w:r>
              <w:t xml:space="preserve">  ________________</w:t>
            </w:r>
          </w:p>
        </w:tc>
      </w:tr>
      <w:tr>
        <w:tc>
          <w:tcPr>
            <w:tcW w:type="dxa" w:w="10584"/>
            <w:gridSpan w:val="3"/>
            <w:tcMar>
              <w:top w:w="50" w:type="dxa"/>
              <w:start w:w="60" w:type="dxa"/>
              <w:bottom w:w="50" w:type="dxa"/>
              <w:end w:w="60" w:type="dxa"/>
            </w:tcMar>
            <w:tcBorders>
              <w:top w:val="single" w:sz="4" w:color="B8C2CC"/>
              <w:left w:val="single" w:sz="4" w:color="B8C2CC"/>
              <w:bottom w:val="single" w:sz="4" w:color="B8C2CC"/>
              <w:right w:val="single" w:sz="4" w:color="B8C2CC"/>
            </w:tcBorders>
          </w:tcPr>
          <w:p>
            <w:r>
              <w:rPr>
                <w:b/>
              </w:rPr>
              <w:t xml:space="preserve">Mainstream school and address: </w:t>
            </w:r>
            <w:r>
              <w:t>______________________________________________________________</w:t>
            </w:r>
          </w:p>
        </w:tc>
      </w:tr>
      <w:tr>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School grade/year:</w:t>
            </w:r>
            <w:r>
              <w:t xml:space="preserve">  ________</w:t>
            </w:r>
          </w:p>
        </w:tc>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Class / level applied for:</w:t>
            </w:r>
            <w:r>
              <w:t xml:space="preserve">  ________</w:t>
            </w:r>
          </w:p>
        </w:tc>
        <w:tc>
          <w:tcPr>
            <w:tcW w:type="dxa" w:w="35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Preferred class/location:</w:t>
            </w:r>
            <w:r>
              <w:t xml:space="preserve">  ____________</w:t>
            </w:r>
          </w:p>
        </w:tc>
      </w:tr>
    </w:tbl>
    <w:p>
      <w:pPr>
        <w:pStyle w:val="SectionHead"/>
        <w:spacing w:before="80" w:after="60"/>
        <w:shd w:fill="E9EEF5"/>
      </w:pPr>
      <w:r>
        <w:rPr>
          <w:b/>
        </w:rPr>
        <w:t>2. Chinese Learning Background</w:t>
      </w:r>
    </w:p>
    <w:tbl>
      <w:tblPr>
        <w:tblW w:type="auto" w:w="0"/>
        <w:jc w:val="center"/>
        <w:tblLook w:firstColumn="1" w:firstRow="1" w:lastColumn="0" w:lastRow="0" w:noHBand="0" w:noVBand="1" w:val="04A0"/>
      </w:tblPr>
      <w:tblGrid>
        <w:gridCol w:w="10656"/>
      </w:tblGrid>
      <w:tr>
        <w:tc>
          <w:tcPr>
            <w:tcW w:type="dxa" w:w="10656"/>
            <w:tcMar>
              <w:top w:w="55" w:type="dxa"/>
              <w:start w:w="60" w:type="dxa"/>
              <w:bottom w:w="80" w:type="dxa"/>
              <w:end w:w="60" w:type="dxa"/>
            </w:tcMar>
            <w:tcBorders>
              <w:top w:val="single" w:sz="4" w:color="B8C2CC"/>
              <w:left w:val="single" w:sz="4" w:color="B8C2CC"/>
              <w:bottom w:val="single" w:sz="4" w:color="B8C2CC"/>
              <w:right w:val="single" w:sz="4" w:color="B8C2CC"/>
            </w:tcBorders>
          </w:tcPr>
          <w:p>
            <w:r>
              <w:rPr>
                <w:b/>
              </w:rPr>
              <w:t>Where and for how long has your child been learning Chinese? What level are they currently at?</w:t>
            </w:r>
            <w:r>
              <w:br/>
              <w:t>________________________________________________________________________________</w:t>
            </w:r>
          </w:p>
        </w:tc>
      </w:tr>
      <w:tr>
        <w:tc>
          <w:tcPr>
            <w:tcW w:type="dxa" w:w="10656"/>
            <w:tcMar>
              <w:top w:w="55" w:type="dxa"/>
              <w:start w:w="60" w:type="dxa"/>
              <w:bottom w:w="80" w:type="dxa"/>
              <w:end w:w="60" w:type="dxa"/>
            </w:tcMar>
            <w:tcBorders>
              <w:top w:val="single" w:sz="4" w:color="B8C2CC"/>
              <w:left w:val="single" w:sz="4" w:color="B8C2CC"/>
              <w:bottom w:val="single" w:sz="4" w:color="B8C2CC"/>
              <w:right w:val="single" w:sz="4" w:color="B8C2CC"/>
            </w:tcBorders>
          </w:tcPr>
          <w:p>
            <w:r>
              <w:rPr>
                <w:b/>
              </w:rPr>
              <w:t>What are your expectations or learning goals for your child?</w:t>
            </w:r>
            <w:r>
              <w:br/>
              <w:t>________________________________________________________________________________</w:t>
            </w:r>
          </w:p>
        </w:tc>
      </w:tr>
    </w:tbl>
    <w:p>
      <w:pPr>
        <w:pStyle w:val="SectionHead"/>
        <w:spacing w:before="80" w:after="60"/>
        <w:shd w:fill="E9EEF5"/>
      </w:pPr>
      <w:r>
        <w:rPr>
          <w:b/>
        </w:rPr>
        <w:t>3. Medical Information</w:t>
      </w:r>
    </w:p>
    <w:tbl>
      <w:tblPr>
        <w:tblW w:type="auto" w:w="0"/>
        <w:jc w:val="center"/>
        <w:tblLook w:firstColumn="1" w:firstRow="1" w:lastColumn="0" w:lastRow="0" w:noHBand="0" w:noVBand="1" w:val="04A0"/>
      </w:tblPr>
      <w:tblGrid>
        <w:gridCol w:w="10656"/>
      </w:tblGrid>
      <w:tr>
        <w:tc>
          <w:tcPr>
            <w:tcW w:type="dxa" w:w="10656"/>
            <w:tcMar>
              <w:top w:w="55" w:type="dxa"/>
              <w:start w:w="60" w:type="dxa"/>
              <w:bottom w:w="80" w:type="dxa"/>
              <w:end w:w="60" w:type="dxa"/>
            </w:tcMar>
            <w:tcBorders>
              <w:top w:val="single" w:sz="4" w:color="B8C2CC"/>
              <w:left w:val="single" w:sz="4" w:color="B8C2CC"/>
              <w:bottom w:val="single" w:sz="4" w:color="B8C2CC"/>
              <w:right w:val="single" w:sz="4" w:color="B8C2CC"/>
            </w:tcBorders>
          </w:tcPr>
          <w:p>
            <w:r>
              <w:rPr>
                <w:b/>
              </w:rPr>
              <w:t>Does your child have any allergies? If yes, please provide details:</w:t>
            </w:r>
            <w:r>
              <w:br/>
              <w:t>________________________________________________________________________________</w:t>
            </w:r>
          </w:p>
        </w:tc>
      </w:tr>
      <w:tr>
        <w:tc>
          <w:tcPr>
            <w:tcW w:type="dxa" w:w="10656"/>
            <w:tcMar>
              <w:top w:w="55" w:type="dxa"/>
              <w:start w:w="60" w:type="dxa"/>
              <w:bottom w:w="80" w:type="dxa"/>
              <w:end w:w="60" w:type="dxa"/>
            </w:tcMar>
            <w:tcBorders>
              <w:top w:val="single" w:sz="4" w:color="B8C2CC"/>
              <w:left w:val="single" w:sz="4" w:color="B8C2CC"/>
              <w:bottom w:val="single" w:sz="4" w:color="B8C2CC"/>
              <w:right w:val="single" w:sz="4" w:color="B8C2CC"/>
            </w:tcBorders>
          </w:tcPr>
          <w:p>
            <w:r>
              <w:rPr>
                <w:b/>
              </w:rPr>
              <w:t>Does your child have any medical conditions, medication requirements, or health information we should be aware of?</w:t>
            </w:r>
            <w:r>
              <w:br/>
              <w:t>________________________________________________________________________________</w:t>
            </w:r>
          </w:p>
        </w:tc>
      </w:tr>
    </w:tbl>
    <w:p>
      <w:pPr>
        <w:pStyle w:val="SectionHead"/>
        <w:spacing w:before="80" w:after="60"/>
        <w:shd w:fill="E9EEF5"/>
      </w:pPr>
      <w:r>
        <w:rPr>
          <w:b/>
        </w:rPr>
        <w:t>4. Parent / Guardian Details</w:t>
      </w:r>
    </w:p>
    <w:tbl>
      <w:tblPr>
        <w:tblW w:type="auto" w:w="0"/>
        <w:jc w:val="center"/>
        <w:tblLook w:firstColumn="1" w:firstRow="1" w:lastColumn="0" w:lastRow="0" w:noHBand="0" w:noVBand="1" w:val="04A0"/>
      </w:tblPr>
      <w:tblGrid>
        <w:gridCol w:w="5328"/>
        <w:gridCol w:w="5328"/>
      </w:tblGrid>
      <w:tr>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Parent / Guardian 1 - Name:</w:t>
            </w:r>
            <w:r>
              <w:t xml:space="preserve">  ________________________</w:t>
            </w:r>
          </w:p>
        </w:tc>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Relationship to child:</w:t>
            </w:r>
            <w:r>
              <w:t xml:space="preserve">  ____________</w:t>
            </w:r>
          </w:p>
        </w:tc>
      </w:tr>
      <w:tr>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Email:</w:t>
            </w:r>
            <w:r>
              <w:t xml:space="preserve">  _______________________________</w:t>
            </w:r>
          </w:p>
        </w:tc>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Mobile:</w:t>
            </w:r>
            <w:r>
              <w:t xml:space="preserve">  ________________</w:t>
            </w:r>
          </w:p>
        </w:tc>
      </w:tr>
      <w:tr>
        <w:tc>
          <w:tcPr>
            <w:tcW w:type="dxa" w:w="10656"/>
            <w:gridSpan w:val="2"/>
            <w:tcMar>
              <w:top w:w="50" w:type="dxa"/>
              <w:start w:w="60" w:type="dxa"/>
              <w:bottom w:w="50" w:type="dxa"/>
              <w:end w:w="60" w:type="dxa"/>
            </w:tcMar>
            <w:tcBorders>
              <w:top w:val="single" w:sz="4" w:color="B8C2CC"/>
              <w:left w:val="single" w:sz="4" w:color="B8C2CC"/>
              <w:bottom w:val="single" w:sz="4" w:color="B8C2CC"/>
              <w:right w:val="single" w:sz="4" w:color="B8C2CC"/>
            </w:tcBorders>
          </w:tcPr>
          <w:p>
            <w:r>
              <w:rPr>
                <w:b/>
              </w:rPr>
              <w:t xml:space="preserve">Home address: </w:t>
            </w:r>
            <w:r>
              <w:t>_______________________________________________   Postcode: ________</w:t>
            </w:r>
          </w:p>
        </w:tc>
      </w:tr>
      <w:tr>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Parent / Guardian 2 - Name:</w:t>
            </w:r>
            <w:r>
              <w:t xml:space="preserve">  ________________________</w:t>
            </w:r>
          </w:p>
        </w:tc>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Relationship to child:</w:t>
            </w:r>
            <w:r>
              <w:t xml:space="preserve">  ____________</w:t>
            </w:r>
          </w:p>
        </w:tc>
      </w:tr>
      <w:tr>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Email:</w:t>
            </w:r>
            <w:r>
              <w:t xml:space="preserve">  _______________________________</w:t>
            </w:r>
          </w:p>
        </w:tc>
        <w:tc>
          <w:tcPr>
            <w:tcW w:type="dxa" w:w="5328"/>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Mobile:</w:t>
            </w:r>
            <w:r>
              <w:t xml:space="preserve">  ________________</w:t>
            </w:r>
          </w:p>
        </w:tc>
      </w:tr>
      <w:tr>
        <w:tc>
          <w:tcPr>
            <w:tcW w:type="dxa" w:w="10656"/>
            <w:gridSpan w:val="2"/>
            <w:tcMar>
              <w:top w:w="50" w:type="dxa"/>
              <w:start w:w="60" w:type="dxa"/>
              <w:bottom w:w="50" w:type="dxa"/>
              <w:end w:w="60" w:type="dxa"/>
            </w:tcMar>
            <w:tcBorders>
              <w:top w:val="single" w:sz="4" w:color="B8C2CC"/>
              <w:left w:val="single" w:sz="4" w:color="B8C2CC"/>
              <w:bottom w:val="single" w:sz="4" w:color="B8C2CC"/>
              <w:right w:val="single" w:sz="4" w:color="B8C2CC"/>
            </w:tcBorders>
          </w:tcPr>
          <w:p>
            <w:r>
              <w:rPr>
                <w:b/>
              </w:rPr>
              <w:t xml:space="preserve">Home address: </w:t>
            </w:r>
            <w:r>
              <w:t>_______________________________________________   Postcode: ________</w:t>
            </w:r>
          </w:p>
        </w:tc>
      </w:tr>
    </w:tbl>
    <w:p>
      <w:pPr>
        <w:pStyle w:val="SectionHead"/>
        <w:spacing w:before="80" w:after="60"/>
        <w:shd w:fill="E9EEF5"/>
      </w:pPr>
      <w:r>
        <w:rPr>
          <w:b/>
        </w:rPr>
        <w:t>5. Emergency Contact Details</w:t>
      </w:r>
    </w:p>
    <w:tbl>
      <w:tblPr>
        <w:tblW w:type="auto" w:w="0"/>
        <w:jc w:val="center"/>
        <w:tblLook w:firstColumn="1" w:firstRow="1" w:lastColumn="0" w:lastRow="0" w:noHBand="0" w:noVBand="1" w:val="04A0"/>
      </w:tblPr>
      <w:tblGrid>
        <w:gridCol w:w="3552"/>
        <w:gridCol w:w="3552"/>
        <w:gridCol w:w="3552"/>
      </w:tblGrid>
      <w:tr>
        <w:tc>
          <w:tcPr>
            <w:tcW w:type="dxa" w:w="3552"/>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Name:</w:t>
            </w:r>
            <w:r>
              <w:t xml:space="preserve">  ________________</w:t>
            </w:r>
          </w:p>
        </w:tc>
        <w:tc>
          <w:tcPr>
            <w:tcW w:type="dxa" w:w="3552"/>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Relationship:</w:t>
            </w:r>
            <w:r>
              <w:t xml:space="preserve">  ____________</w:t>
            </w:r>
          </w:p>
        </w:tc>
        <w:tc>
          <w:tcPr>
            <w:tcW w:type="dxa" w:w="3552"/>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Mobile:</w:t>
            </w:r>
            <w:r>
              <w:t xml:space="preserve">  ____________</w:t>
            </w:r>
          </w:p>
        </w:tc>
      </w:tr>
      <w:tr>
        <w:tc>
          <w:tcPr>
            <w:tcW w:type="dxa" w:w="3552"/>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Name:</w:t>
            </w:r>
            <w:r>
              <w:t xml:space="preserve">  ________________</w:t>
            </w:r>
          </w:p>
        </w:tc>
        <w:tc>
          <w:tcPr>
            <w:tcW w:type="dxa" w:w="3552"/>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Relationship:</w:t>
            </w:r>
            <w:r>
              <w:t xml:space="preserve">  ____________</w:t>
            </w:r>
          </w:p>
        </w:tc>
        <w:tc>
          <w:tcPr>
            <w:tcW w:type="dxa" w:w="3552"/>
            <w:vAlign w:val="center"/>
            <w:tcMar>
              <w:top w:w="50" w:type="dxa"/>
              <w:start w:w="60" w:type="dxa"/>
              <w:bottom w:w="50" w:type="dxa"/>
              <w:end w:w="60" w:type="dxa"/>
            </w:tcMar>
            <w:tcBorders>
              <w:top w:val="single" w:sz="4" w:color="B8C2CC"/>
              <w:left w:val="single" w:sz="4" w:color="B8C2CC"/>
              <w:bottom w:val="single" w:sz="4" w:color="B8C2CC"/>
              <w:right w:val="single" w:sz="4" w:color="B8C2CC"/>
            </w:tcBorders>
          </w:tcPr>
          <w:p>
            <w:pPr>
              <w:spacing w:after="0"/>
            </w:pPr>
            <w:r>
              <w:rPr>
                <w:b/>
              </w:rPr>
              <w:t>Mobile:</w:t>
            </w:r>
            <w:r>
              <w:t xml:space="preserve">  ____________</w:t>
            </w:r>
          </w:p>
        </w:tc>
      </w:tr>
    </w:tbl>
    <w:p>
      <w:pPr>
        <w:pStyle w:val="SectionHead"/>
        <w:spacing w:before="80" w:after="60"/>
        <w:shd w:fill="E9EEF5"/>
      </w:pPr>
      <w:r>
        <w:rPr>
          <w:b/>
        </w:rPr>
        <w:t>6. Photo and Media Consent</w:t>
      </w:r>
    </w:p>
    <w:p>
      <w:pPr>
        <w:spacing w:after="60"/>
      </w:pPr>
      <w:r>
        <w:rPr>
          <w:b/>
        </w:rPr>
        <w:t>Please indicate whether you give permission for your child to be photographed or recorded by school staff for educational and school communication purposes.</w:t>
      </w:r>
    </w:p>
    <w:p>
      <w:pPr>
        <w:spacing w:after="40"/>
        <w:ind w:left="216"/>
      </w:pPr>
      <w:r>
        <w:t>School website / newsletters:   ☐ Yes   ☐ No</w:t>
      </w:r>
    </w:p>
    <w:p>
      <w:pPr>
        <w:spacing w:after="60"/>
        <w:ind w:left="216"/>
      </w:pPr>
      <w:r>
        <w:t>School social media:             ☐ Yes   ☐ No</w:t>
      </w:r>
    </w:p>
    <w:p>
      <w:pPr>
        <w:spacing w:after="0"/>
      </w:pPr>
      <w:r>
        <w:rPr>
          <w:b/>
        </w:rPr>
        <w:t xml:space="preserve">Parent / Guardian signature: </w:t>
      </w:r>
      <w:r>
        <w:t xml:space="preserve">____________________________     </w:t>
      </w:r>
      <w:r>
        <w:rPr>
          <w:b/>
        </w:rPr>
        <w:t xml:space="preserve">Print name: </w:t>
      </w:r>
      <w:r>
        <w:t>________________________</w:t>
      </w:r>
    </w:p>
    <w:p>
      <w:r>
        <w:br/>
      </w:r>
    </w:p>
    <w:p>
      <w:pPr>
        <w:pStyle w:val="FormSubtitle"/>
        <w:spacing w:after="120"/>
        <w:jc w:val="center"/>
      </w:pPr>
      <w:r>
        <w:t>Privacy, Funding and Conditions of Enrolment</w:t>
      </w:r>
    </w:p>
    <w:p>
      <w:pPr>
        <w:pStyle w:val="SectionHead"/>
        <w:spacing w:before="80" w:after="60"/>
        <w:shd w:fill="E9EEF5"/>
      </w:pPr>
      <w:r>
        <w:rPr>
          <w:b/>
        </w:rPr>
        <w:t>7. Privacy and NSW Community Languages Program Funding</w:t>
      </w:r>
    </w:p>
    <w:p>
      <w:pPr>
        <w:spacing w:after="100"/>
      </w:pPr>
      <w:r>
        <w:rPr>
          <w:b w:val="0"/>
        </w:rPr>
        <w:t xml:space="preserve">Information about your child is collected for the NSW Community Languages Schools Program (CLSP) funding process. </w:t>
      </w:r>
      <w:r>
        <w:t>The information may be provided to the NSW Department of Education for eligibility assessment, program monitoring and administration. The school will store this information securely. Accurate information is required for funding purposes. If a student is not eligible for funding because required information is missing or incorrect, the school may charge an additional fee to cover the funding shortfall.</w:t>
      </w:r>
    </w:p>
    <w:p>
      <w:pPr>
        <w:pStyle w:val="SectionHead"/>
        <w:spacing w:before="80" w:after="60"/>
        <w:shd w:fill="E9EEF5"/>
      </w:pPr>
      <w:r>
        <w:rPr>
          <w:b/>
        </w:rPr>
        <w:t>8. Conditions of Enrolment</w:t>
      </w:r>
    </w:p>
    <w:p>
      <w:pPr>
        <w:spacing w:after="60"/>
        <w:ind w:left="173" w:hanging="173"/>
      </w:pPr>
      <w:r>
        <w:rPr>
          <w:b/>
        </w:rPr>
        <w:t xml:space="preserve">1. </w:t>
      </w:r>
      <w:r>
        <w:t>Children may attend classes once enrolment has been processed and the required fees have been paid.</w:t>
      </w:r>
    </w:p>
    <w:p>
      <w:pPr>
        <w:spacing w:after="60"/>
        <w:ind w:left="173" w:hanging="173"/>
      </w:pPr>
      <w:r>
        <w:rPr>
          <w:b/>
        </w:rPr>
        <w:t xml:space="preserve">2. </w:t>
      </w:r>
      <w:r>
        <w:t>Fees are non-refundable and non-transferable, except where the school cancels a course that does not commence.</w:t>
      </w:r>
    </w:p>
    <w:p>
      <w:pPr>
        <w:spacing w:after="60"/>
        <w:ind w:left="173" w:hanging="173"/>
      </w:pPr>
      <w:r>
        <w:rPr>
          <w:b/>
        </w:rPr>
        <w:t xml:space="preserve">3. </w:t>
      </w:r>
      <w:r>
        <w:t>Continuing students are required to re-enrol each year. Places are not automatically held from one year to the next.</w:t>
      </w:r>
    </w:p>
    <w:p>
      <w:pPr>
        <w:spacing w:after="60"/>
        <w:ind w:left="173" w:hanging="173"/>
      </w:pPr>
      <w:r>
        <w:rPr>
          <w:b/>
        </w:rPr>
        <w:t xml:space="preserve">4. </w:t>
      </w:r>
      <w:r>
        <w:t>A class or course may be cancelled due to insufficient enrolments or circumstances beyond the school's control. If a course does not commence, fees paid for that course will be refunded in full.</w:t>
      </w:r>
    </w:p>
    <w:p>
      <w:pPr>
        <w:spacing w:after="60"/>
        <w:ind w:left="173" w:hanging="173"/>
      </w:pPr>
      <w:r>
        <w:rPr>
          <w:b/>
        </w:rPr>
        <w:t xml:space="preserve">5. </w:t>
      </w:r>
      <w:r>
        <w:t>Workbooks and other required learning materials may be purchased or issued as advised by the school.</w:t>
      </w:r>
    </w:p>
    <w:p>
      <w:pPr>
        <w:spacing w:after="60"/>
        <w:ind w:left="173" w:hanging="173"/>
      </w:pPr>
      <w:r>
        <w:rPr>
          <w:b/>
        </w:rPr>
        <w:t xml:space="preserve">6. </w:t>
      </w:r>
      <w:r>
        <w:t>Parents / guardians are responsible for keeping contact, emergency and medical information up to date.</w:t>
      </w:r>
    </w:p>
    <w:p>
      <w:pPr>
        <w:pStyle w:val="SectionHead"/>
        <w:spacing w:before="80" w:after="60"/>
        <w:shd w:fill="E9EEF5"/>
      </w:pPr>
      <w:r>
        <w:rPr>
          <w:b/>
        </w:rPr>
        <w:t>9. Parent / Guardian Declaration</w:t>
      </w:r>
    </w:p>
    <w:p>
      <w:pPr>
        <w:spacing w:after="100"/>
      </w:pPr>
      <w:r>
        <w:t>☐ Yes, I have read and accept the conditions of enrolment. I confirm that the information provided in this form is accurate and I give permission for the school to provide the required student information to the NSW Department of Education for Community Languages Schools Program purposes.</w:t>
      </w:r>
    </w:p>
    <w:p>
      <w:pPr>
        <w:spacing w:after="160"/>
      </w:pPr>
      <w:r>
        <w:t>☐ No, I do not consent to the above declaration.</w:t>
      </w:r>
    </w:p>
    <w:p>
      <w:pPr>
        <w:spacing w:after="120"/>
      </w:pPr>
      <w:r>
        <w:rPr>
          <w:b/>
        </w:rPr>
        <w:t xml:space="preserve">Parent / Guardian signature: </w:t>
      </w:r>
      <w:r>
        <w:t>____________________________________________</w:t>
      </w:r>
    </w:p>
    <w:p>
      <w:pPr>
        <w:spacing w:after="120"/>
      </w:pPr>
      <w:r>
        <w:rPr>
          <w:b/>
        </w:rPr>
        <w:t xml:space="preserve">Print name: </w:t>
      </w:r>
      <w:r>
        <w:t>____________________________________________</w:t>
      </w:r>
    </w:p>
    <w:p>
      <w:pPr>
        <w:spacing w:after="120"/>
      </w:pPr>
      <w:r>
        <w:rPr>
          <w:b/>
        </w:rPr>
        <w:t xml:space="preserve">Date: </w:t>
      </w:r>
      <w:r>
        <w:t>____________________________________________</w:t>
      </w:r>
    </w:p>
    <w:p>
      <w:pPr>
        <w:spacing w:before="120"/>
        <w:jc w:val="center"/>
      </w:pPr>
      <w:r>
        <w:rPr>
          <w:i/>
          <w:sz w:val="16"/>
        </w:rPr>
        <w:t>Hunter Chinese Language School - Student Enrolment Form 2026</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rPr>
      <w:rFonts w:ascii="Arial" w:hAnsi="Arial"/>
      <w:b/>
      <w:sz w:val="32"/>
    </w:rPr>
  </w:style>
  <w:style w:type="paragraph" w:customStyle="1" w:styleId="FormSubtitle">
    <w:name w:val="FormSubtitle"/>
    <w:rPr>
      <w:rFonts w:ascii="Arial" w:hAnsi="Arial"/>
      <w:b/>
      <w:sz w:val="24"/>
    </w:rPr>
  </w:style>
  <w:style w:type="paragraph" w:customStyle="1" w:styleId="SectionHead">
    <w:name w:val="SectionHead"/>
    <w:rPr>
      <w:rFonts w:ascii="Arial" w:hAnsi="Arial"/>
      <w:b/>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